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DF2" w:rsidRDefault="00B72E76">
      <w:pPr>
        <w:pStyle w:val="Heading1"/>
      </w:pPr>
      <w:r>
        <w:t xml:space="preserve">Autumn 1 </w:t>
      </w:r>
      <w:r w:rsidR="00073F73">
        <w:t xml:space="preserve">team 1 </w:t>
      </w:r>
      <w:r>
        <w:t>Spelling Objectives</w:t>
      </w:r>
    </w:p>
    <w:tbl>
      <w:tblPr>
        <w:tblStyle w:val="TableGrid"/>
        <w:tblW w:w="7800" w:type="dxa"/>
        <w:tblLook w:val="04A0" w:firstRow="1" w:lastRow="0" w:firstColumn="1" w:lastColumn="0" w:noHBand="0" w:noVBand="1"/>
      </w:tblPr>
      <w:tblGrid>
        <w:gridCol w:w="2600"/>
        <w:gridCol w:w="2600"/>
        <w:gridCol w:w="2600"/>
      </w:tblGrid>
      <w:tr w:rsidR="00E02DF2" w:rsidTr="00073F73">
        <w:trPr>
          <w:trHeight w:val="443"/>
        </w:trPr>
        <w:tc>
          <w:tcPr>
            <w:tcW w:w="2600" w:type="dxa"/>
          </w:tcPr>
          <w:p w:rsidR="00E02DF2" w:rsidRPr="00073F73" w:rsidRDefault="00073F73">
            <w:pPr>
              <w:rPr>
                <w:sz w:val="32"/>
              </w:rPr>
            </w:pPr>
            <w:r w:rsidRPr="00073F73">
              <w:rPr>
                <w:sz w:val="32"/>
              </w:rPr>
              <w:t>Week</w:t>
            </w:r>
          </w:p>
        </w:tc>
        <w:tc>
          <w:tcPr>
            <w:tcW w:w="2600" w:type="dxa"/>
          </w:tcPr>
          <w:p w:rsidR="00E02DF2" w:rsidRPr="00073F73" w:rsidRDefault="00B72E76">
            <w:pPr>
              <w:rPr>
                <w:sz w:val="32"/>
              </w:rPr>
            </w:pPr>
            <w:r w:rsidRPr="00073F73">
              <w:rPr>
                <w:sz w:val="32"/>
              </w:rPr>
              <w:t>Objective</w:t>
            </w:r>
          </w:p>
        </w:tc>
        <w:tc>
          <w:tcPr>
            <w:tcW w:w="2600" w:type="dxa"/>
          </w:tcPr>
          <w:p w:rsidR="00E02DF2" w:rsidRPr="00073F73" w:rsidRDefault="00B72E76">
            <w:pPr>
              <w:rPr>
                <w:sz w:val="32"/>
              </w:rPr>
            </w:pPr>
            <w:r w:rsidRPr="00073F73">
              <w:rPr>
                <w:sz w:val="32"/>
              </w:rPr>
              <w:t>Words</w:t>
            </w:r>
          </w:p>
        </w:tc>
      </w:tr>
      <w:tr w:rsidR="00E02DF2" w:rsidTr="00073F73">
        <w:trPr>
          <w:trHeight w:val="1429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1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(8.9.25)</w:t>
            </w:r>
          </w:p>
        </w:tc>
        <w:tc>
          <w:tcPr>
            <w:tcW w:w="2600" w:type="dxa"/>
          </w:tcPr>
          <w:p w:rsidR="00E02DF2" w:rsidRPr="00073F73" w:rsidRDefault="00073F73" w:rsidP="00073F73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that are homophones or near homophones</w:t>
            </w:r>
          </w:p>
        </w:tc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ccept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AFAFA"/>
              </w:rPr>
              <w:t>except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AFAFA"/>
              </w:rPr>
              <w:t xml:space="preserve">, 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knot</w:t>
            </w:r>
            <w:r w:rsidRPr="00073F7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not, peace, piece, plain, plane, weather, whether</w:t>
            </w:r>
          </w:p>
        </w:tc>
      </w:tr>
      <w:tr w:rsidR="00E02DF2" w:rsidTr="00073F73">
        <w:trPr>
          <w:trHeight w:val="2069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2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(15.9.25) </w:t>
            </w:r>
          </w:p>
        </w:tc>
        <w:tc>
          <w:tcPr>
            <w:tcW w:w="2600" w:type="dxa"/>
          </w:tcPr>
          <w:p w:rsidR="00E02DF2" w:rsidRPr="00073F73" w:rsidRDefault="00073F73" w:rsidP="00073F73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prefix 'in-' meaning 'not'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pStyle w:val="NormalWeb"/>
              <w:shd w:val="clear" w:color="auto" w:fill="FAFAFA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073F73">
              <w:rPr>
                <w:rFonts w:asciiTheme="majorHAnsi" w:hAnsiTheme="majorHAnsi" w:cstheme="majorHAnsi"/>
                <w:shd w:val="clear" w:color="auto" w:fill="FFFFFF"/>
              </w:rPr>
              <w:t>I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>nactive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>incorrect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>invisible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>insecure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>inflexible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>indefinite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>incurable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>inability</w:t>
            </w:r>
            <w:r w:rsidRPr="00073F73">
              <w:rPr>
                <w:rFonts w:asciiTheme="majorHAnsi" w:hAnsiTheme="majorHAnsi" w:cstheme="majorHAnsi"/>
                <w:shd w:val="clear" w:color="auto" w:fill="FAFAFA"/>
              </w:rPr>
              <w:t xml:space="preserve">, 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>inadequate</w:t>
            </w:r>
            <w:r w:rsidRPr="00073F73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r w:rsidRPr="00073F73">
              <w:rPr>
                <w:rFonts w:asciiTheme="majorHAnsi" w:hAnsiTheme="majorHAnsi" w:cstheme="majorHAnsi"/>
              </w:rPr>
              <w:t>inelegant</w:t>
            </w:r>
          </w:p>
          <w:p w:rsidR="00E02DF2" w:rsidRPr="00073F73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02DF2" w:rsidTr="00073F73">
        <w:trPr>
          <w:trHeight w:val="1627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3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(22.9.25)</w:t>
            </w:r>
          </w:p>
        </w:tc>
        <w:tc>
          <w:tcPr>
            <w:tcW w:w="2600" w:type="dxa"/>
          </w:tcPr>
          <w:p w:rsidR="00E02DF2" w:rsidRPr="00073F73" w:rsidRDefault="00073F73" w:rsidP="00073F73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prefixes '</w:t>
            </w:r>
            <w:proofErr w:type="spellStart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il</w:t>
            </w:r>
            <w:proofErr w:type="spellEnd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-', '</w:t>
            </w:r>
            <w:proofErr w:type="spellStart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im</w:t>
            </w:r>
            <w:proofErr w:type="spellEnd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-' and '</w:t>
            </w:r>
            <w:proofErr w:type="spellStart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ir</w:t>
            </w:r>
            <w:proofErr w:type="spellEnd"/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-'</w:t>
            </w:r>
          </w:p>
        </w:tc>
        <w:tc>
          <w:tcPr>
            <w:tcW w:w="2600" w:type="dxa"/>
          </w:tcPr>
          <w:p w:rsidR="00073F73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Illegal, illegible, immature, immortal, impossible, impatient, imperfect, irregular, irrelevant, irresponsible</w:t>
            </w:r>
          </w:p>
        </w:tc>
      </w:tr>
      <w:tr w:rsidR="00E02DF2" w:rsidTr="00073F73">
        <w:trPr>
          <w:trHeight w:val="2267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4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(29.9.25)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prefix 'sub-' meaning ‘below’ or ‘further divided’</w:t>
            </w:r>
          </w:p>
          <w:p w:rsidR="00E02DF2" w:rsidRPr="00073F73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Submarine, subject, subway, submerge, subtropical, subdivide, subheading, substandard, subtitle, submit</w:t>
            </w:r>
          </w:p>
        </w:tc>
      </w:tr>
      <w:tr w:rsidR="00E02DF2" w:rsidTr="00073F73">
        <w:trPr>
          <w:trHeight w:val="2267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5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(6.10.25) 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prefix 'inter-' meaning ‘between’ or ‘among’</w:t>
            </w:r>
          </w:p>
          <w:p w:rsidR="00E02DF2" w:rsidRPr="00073F73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Interact, intercity, international, interfere, interview, intercept, intercom, internet, interchange, interface </w:t>
            </w:r>
          </w:p>
        </w:tc>
      </w:tr>
      <w:tr w:rsidR="00E02DF2" w:rsidTr="00073F73">
        <w:trPr>
          <w:trHeight w:val="1479"/>
        </w:trPr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6</w:t>
            </w: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 xml:space="preserve"> (13.10.25)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073F73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Challenge Words 4.6</w:t>
            </w:r>
          </w:p>
          <w:p w:rsidR="00E02DF2" w:rsidRPr="00073F73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073F73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3F73">
              <w:rPr>
                <w:rFonts w:asciiTheme="majorHAnsi" w:hAnsiTheme="majorHAnsi" w:cstheme="majorHAnsi"/>
                <w:sz w:val="24"/>
                <w:szCs w:val="24"/>
              </w:rPr>
              <w:t>Calendar, appear, believe, grammar, increase, interest, opposite, straight, strength women</w:t>
            </w:r>
          </w:p>
        </w:tc>
      </w:tr>
    </w:tbl>
    <w:p w:rsidR="00000000" w:rsidRDefault="00B72E76"/>
    <w:tbl>
      <w:tblPr>
        <w:tblStyle w:val="TableGrid"/>
        <w:tblpPr w:leftFromText="180" w:rightFromText="180" w:horzAnchor="margin" w:tblpY="989"/>
        <w:tblW w:w="7800" w:type="dxa"/>
        <w:tblLook w:val="04A0" w:firstRow="1" w:lastRow="0" w:firstColumn="1" w:lastColumn="0" w:noHBand="0" w:noVBand="1"/>
      </w:tblPr>
      <w:tblGrid>
        <w:gridCol w:w="2600"/>
        <w:gridCol w:w="2600"/>
        <w:gridCol w:w="2600"/>
      </w:tblGrid>
      <w:tr w:rsidR="00073F73" w:rsidRPr="00073F73" w:rsidTr="00073F73">
        <w:trPr>
          <w:trHeight w:val="443"/>
        </w:trPr>
        <w:tc>
          <w:tcPr>
            <w:tcW w:w="2600" w:type="dxa"/>
          </w:tcPr>
          <w:p w:rsidR="00073F73" w:rsidRPr="00073F73" w:rsidRDefault="00073F73" w:rsidP="00073F73">
            <w:pPr>
              <w:rPr>
                <w:sz w:val="32"/>
              </w:rPr>
            </w:pPr>
            <w:r w:rsidRPr="00073F73">
              <w:rPr>
                <w:sz w:val="32"/>
              </w:rPr>
              <w:lastRenderedPageBreak/>
              <w:t>Week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rPr>
                <w:sz w:val="32"/>
              </w:rPr>
            </w:pPr>
            <w:r w:rsidRPr="00073F73">
              <w:rPr>
                <w:sz w:val="32"/>
              </w:rPr>
              <w:t>Objective</w:t>
            </w:r>
          </w:p>
        </w:tc>
        <w:tc>
          <w:tcPr>
            <w:tcW w:w="2600" w:type="dxa"/>
          </w:tcPr>
          <w:p w:rsidR="00073F73" w:rsidRPr="00073F73" w:rsidRDefault="00073F73" w:rsidP="00073F73">
            <w:pPr>
              <w:rPr>
                <w:sz w:val="32"/>
              </w:rPr>
            </w:pPr>
            <w:r w:rsidRPr="00073F73">
              <w:rPr>
                <w:sz w:val="32"/>
              </w:rPr>
              <w:t>Words</w:t>
            </w:r>
          </w:p>
        </w:tc>
      </w:tr>
      <w:tr w:rsidR="00073F73" w:rsidRPr="00073F73" w:rsidTr="00073F73">
        <w:trPr>
          <w:trHeight w:val="1429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>Week 1 (8.9.25)</w:t>
            </w:r>
          </w:p>
        </w:tc>
        <w:tc>
          <w:tcPr>
            <w:tcW w:w="2600" w:type="dxa"/>
          </w:tcPr>
          <w:p w:rsidR="00073F73" w:rsidRPr="00EE25B6" w:rsidRDefault="00D11FE4" w:rsidP="00D11FE4">
            <w:pPr>
              <w:shd w:val="clear" w:color="auto" w:fill="FFFFFF"/>
              <w:spacing w:after="192"/>
              <w:outlineLvl w:val="3"/>
              <w:rPr>
                <w:rFonts w:asciiTheme="majorHAnsi" w:eastAsia="Times New Roman" w:hAnsiTheme="majorHAnsi" w:cstheme="majorHAnsi"/>
                <w:bCs/>
                <w:sz w:val="28"/>
                <w:szCs w:val="28"/>
                <w:lang w:val="en-GB" w:eastAsia="en-GB"/>
              </w:rPr>
            </w:pPr>
            <w:r w:rsidRPr="00D11FE4">
              <w:rPr>
                <w:rFonts w:asciiTheme="majorHAnsi" w:eastAsia="Times New Roman" w:hAnsiTheme="majorHAnsi" w:cstheme="majorHAnsi"/>
                <w:bCs/>
                <w:sz w:val="28"/>
                <w:szCs w:val="28"/>
                <w:lang w:val="en-GB" w:eastAsia="en-GB"/>
              </w:rPr>
              <w:t>Words where the digraph '</w:t>
            </w:r>
            <w:proofErr w:type="spellStart"/>
            <w:r w:rsidRPr="00D11FE4">
              <w:rPr>
                <w:rFonts w:asciiTheme="majorHAnsi" w:eastAsia="Times New Roman" w:hAnsiTheme="majorHAnsi" w:cstheme="majorHAnsi"/>
                <w:bCs/>
                <w:sz w:val="28"/>
                <w:szCs w:val="28"/>
                <w:lang w:val="en-GB" w:eastAsia="en-GB"/>
              </w:rPr>
              <w:t>ou</w:t>
            </w:r>
            <w:proofErr w:type="spellEnd"/>
            <w:r w:rsidRPr="00D11FE4">
              <w:rPr>
                <w:rFonts w:asciiTheme="majorHAnsi" w:eastAsia="Times New Roman" w:hAnsiTheme="majorHAnsi" w:cstheme="majorHAnsi"/>
                <w:bCs/>
                <w:sz w:val="28"/>
                <w:szCs w:val="28"/>
                <w:lang w:val="en-GB" w:eastAsia="en-GB"/>
              </w:rPr>
              <w:t>' makes an /ow/ sound</w:t>
            </w:r>
          </w:p>
        </w:tc>
        <w:tc>
          <w:tcPr>
            <w:tcW w:w="2600" w:type="dxa"/>
          </w:tcPr>
          <w:p w:rsidR="00073F73" w:rsidRPr="00EE25B6" w:rsidRDefault="00D11FE4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Mouth, around, sprout, sound, spout, ouch, hound, trout, found, proud</w:t>
            </w:r>
          </w:p>
        </w:tc>
      </w:tr>
      <w:tr w:rsidR="00073F73" w:rsidRPr="00073F73" w:rsidTr="00073F73">
        <w:trPr>
          <w:trHeight w:val="2069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Week 2 (15.9.25) </w:t>
            </w:r>
          </w:p>
        </w:tc>
        <w:tc>
          <w:tcPr>
            <w:tcW w:w="2600" w:type="dxa"/>
          </w:tcPr>
          <w:p w:rsidR="00D11FE4" w:rsidRPr="00EE25B6" w:rsidRDefault="00D11FE4" w:rsidP="00D11FE4">
            <w:pPr>
              <w:pStyle w:val="Heading2"/>
              <w:shd w:val="clear" w:color="auto" w:fill="FFFFFF"/>
              <w:rPr>
                <w:rFonts w:cstheme="majorHAnsi"/>
                <w:b w:val="0"/>
                <w:color w:val="auto"/>
                <w:sz w:val="28"/>
                <w:szCs w:val="28"/>
              </w:rPr>
            </w:pPr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Words where the digraph '</w:t>
            </w:r>
            <w:proofErr w:type="spellStart"/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ou</w:t>
            </w:r>
            <w:proofErr w:type="spellEnd"/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' makes an /u/ sound</w:t>
            </w:r>
          </w:p>
          <w:p w:rsidR="00073F73" w:rsidRPr="00EE25B6" w:rsidRDefault="00073F73" w:rsidP="00073F73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</w:pPr>
          </w:p>
        </w:tc>
        <w:tc>
          <w:tcPr>
            <w:tcW w:w="2600" w:type="dxa"/>
          </w:tcPr>
          <w:p w:rsidR="00073F73" w:rsidRPr="00EE25B6" w:rsidRDefault="00D11FE4" w:rsidP="00D11FE4">
            <w:pPr>
              <w:pStyle w:val="NormalWeb"/>
              <w:shd w:val="clear" w:color="auto" w:fill="FAFAFA"/>
              <w:spacing w:before="0" w:beforeAutospacing="0" w:after="0" w:afterAutospacing="0"/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Touch, double, country, trouble, young, cousin, enough, couple, encourage, flourish</w:t>
            </w:r>
          </w:p>
        </w:tc>
      </w:tr>
      <w:tr w:rsidR="00073F73" w:rsidRPr="00073F73" w:rsidTr="00073F73">
        <w:trPr>
          <w:trHeight w:val="1627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>Week 3 (22.9.25)</w:t>
            </w:r>
          </w:p>
        </w:tc>
        <w:tc>
          <w:tcPr>
            <w:tcW w:w="2600" w:type="dxa"/>
          </w:tcPr>
          <w:p w:rsidR="00D11FE4" w:rsidRPr="00EE25B6" w:rsidRDefault="00D11FE4" w:rsidP="00D11FE4">
            <w:pPr>
              <w:pStyle w:val="Heading2"/>
              <w:shd w:val="clear" w:color="auto" w:fill="FFFFFF"/>
              <w:rPr>
                <w:rFonts w:cstheme="majorHAnsi"/>
                <w:b w:val="0"/>
                <w:color w:val="auto"/>
                <w:sz w:val="28"/>
                <w:szCs w:val="28"/>
              </w:rPr>
            </w:pPr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Words where 'y' makes an /</w:t>
            </w:r>
            <w:proofErr w:type="spellStart"/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i</w:t>
            </w:r>
            <w:proofErr w:type="spellEnd"/>
            <w:r w:rsidRPr="00EE25B6">
              <w:rPr>
                <w:rFonts w:cstheme="majorHAnsi"/>
                <w:b w:val="0"/>
                <w:color w:val="auto"/>
                <w:sz w:val="28"/>
                <w:szCs w:val="28"/>
              </w:rPr>
              <w:t>/ sound</w:t>
            </w:r>
          </w:p>
          <w:p w:rsidR="00073F73" w:rsidRPr="00EE25B6" w:rsidRDefault="00073F73" w:rsidP="00073F73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</w:pPr>
          </w:p>
        </w:tc>
        <w:tc>
          <w:tcPr>
            <w:tcW w:w="2600" w:type="dxa"/>
          </w:tcPr>
          <w:p w:rsidR="00073F73" w:rsidRPr="00EE25B6" w:rsidRDefault="00D11FE4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Gym, myth, Egypt, pyramid, mystery, symbol, synonym, lyrics, system, gymnastics </w:t>
            </w:r>
          </w:p>
        </w:tc>
      </w:tr>
      <w:tr w:rsidR="00073F73" w:rsidRPr="00073F73" w:rsidTr="00073F73">
        <w:trPr>
          <w:trHeight w:val="2267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>Week 4 (29.9.25)</w:t>
            </w:r>
          </w:p>
        </w:tc>
        <w:tc>
          <w:tcPr>
            <w:tcW w:w="2600" w:type="dxa"/>
          </w:tcPr>
          <w:p w:rsidR="00D11FE4" w:rsidRPr="00EE25B6" w:rsidRDefault="00D11FE4" w:rsidP="00D11FE4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</w:pPr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Words ending '-sure'</w:t>
            </w:r>
          </w:p>
          <w:p w:rsidR="00073F73" w:rsidRPr="00EE25B6" w:rsidRDefault="00D11FE4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</w:p>
        </w:tc>
        <w:tc>
          <w:tcPr>
            <w:tcW w:w="2600" w:type="dxa"/>
          </w:tcPr>
          <w:p w:rsidR="00073F73" w:rsidRPr="00EE25B6" w:rsidRDefault="00D11FE4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Measure, </w:t>
            </w:r>
            <w:r w:rsidR="00037E16"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treasure, </w:t>
            </w:r>
            <w:r w:rsidR="008469E8"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pleasure, enclosure, pressure, composure, leisure, exposure, closure, </w:t>
            </w:r>
            <w:r w:rsidR="00A83B14" w:rsidRPr="00EE25B6">
              <w:rPr>
                <w:rFonts w:asciiTheme="majorHAnsi" w:hAnsiTheme="majorHAnsi" w:cstheme="majorHAnsi"/>
                <w:sz w:val="28"/>
                <w:szCs w:val="28"/>
              </w:rPr>
              <w:t>disclosure</w:t>
            </w:r>
          </w:p>
        </w:tc>
      </w:tr>
      <w:tr w:rsidR="00073F73" w:rsidRPr="00073F73" w:rsidTr="00073F73">
        <w:trPr>
          <w:trHeight w:val="2267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Week 5 (6.10.25) </w:t>
            </w:r>
          </w:p>
        </w:tc>
        <w:tc>
          <w:tcPr>
            <w:tcW w:w="2600" w:type="dxa"/>
          </w:tcPr>
          <w:p w:rsidR="00EE25B6" w:rsidRPr="00EE25B6" w:rsidRDefault="00EE25B6" w:rsidP="00EE25B6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</w:pPr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Words ending in '-</w:t>
            </w:r>
            <w:proofErr w:type="spellStart"/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ture</w:t>
            </w:r>
            <w:proofErr w:type="spellEnd"/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'</w:t>
            </w:r>
          </w:p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2600" w:type="dxa"/>
          </w:tcPr>
          <w:p w:rsidR="00073F73" w:rsidRPr="00EE25B6" w:rsidRDefault="00EE25B6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>Creature, furniture, picture, nature, adventure, capture, future, sculpture, fracture, mixture</w:t>
            </w:r>
            <w:r w:rsidR="00073F73"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</w:p>
        </w:tc>
      </w:tr>
      <w:tr w:rsidR="00073F73" w:rsidRPr="00073F73" w:rsidTr="00073F73">
        <w:trPr>
          <w:trHeight w:val="1479"/>
        </w:trPr>
        <w:tc>
          <w:tcPr>
            <w:tcW w:w="2600" w:type="dxa"/>
          </w:tcPr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>Week 6 (13.10.25)</w:t>
            </w:r>
          </w:p>
        </w:tc>
        <w:tc>
          <w:tcPr>
            <w:tcW w:w="2600" w:type="dxa"/>
          </w:tcPr>
          <w:p w:rsidR="00073F73" w:rsidRPr="00EE25B6" w:rsidRDefault="00073F73" w:rsidP="00073F73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</w:pPr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 xml:space="preserve">Challenge Words </w:t>
            </w:r>
            <w:r w:rsidR="00EE25B6"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3</w:t>
            </w:r>
            <w:r w:rsidRPr="00EE25B6">
              <w:rPr>
                <w:rFonts w:cstheme="majorHAnsi"/>
                <w:b w:val="0"/>
                <w:i w:val="0"/>
                <w:color w:val="auto"/>
                <w:sz w:val="28"/>
                <w:szCs w:val="28"/>
              </w:rPr>
              <w:t>.6</w:t>
            </w:r>
          </w:p>
          <w:p w:rsidR="00073F73" w:rsidRPr="00EE25B6" w:rsidRDefault="00073F73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2600" w:type="dxa"/>
          </w:tcPr>
          <w:p w:rsidR="00073F73" w:rsidRPr="00EE25B6" w:rsidRDefault="00EE25B6" w:rsidP="00073F7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E25B6">
              <w:rPr>
                <w:rFonts w:asciiTheme="majorHAnsi" w:hAnsiTheme="majorHAnsi" w:cstheme="majorHAnsi"/>
                <w:sz w:val="28"/>
                <w:szCs w:val="28"/>
              </w:rPr>
              <w:t xml:space="preserve">Actual, answer, bicycle, circle, earth, enough, fruit, island, often, popular </w:t>
            </w:r>
          </w:p>
        </w:tc>
      </w:tr>
    </w:tbl>
    <w:p w:rsidR="00073F73" w:rsidRDefault="00073F73" w:rsidP="00073F73">
      <w:pPr>
        <w:pStyle w:val="Heading1"/>
      </w:pPr>
      <w:r>
        <w:t xml:space="preserve">Autumn 1 team </w:t>
      </w:r>
      <w:r>
        <w:t>2</w:t>
      </w:r>
      <w:r>
        <w:t xml:space="preserve"> Spelling Objectives</w:t>
      </w:r>
      <w:bookmarkStart w:id="0" w:name="_GoBack"/>
      <w:bookmarkEnd w:id="0"/>
    </w:p>
    <w:sectPr w:rsidR="00073F7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E16"/>
    <w:rsid w:val="0006063C"/>
    <w:rsid w:val="00073F73"/>
    <w:rsid w:val="0015074B"/>
    <w:rsid w:val="0029639D"/>
    <w:rsid w:val="00326F90"/>
    <w:rsid w:val="008469E8"/>
    <w:rsid w:val="00A83B14"/>
    <w:rsid w:val="00AA1D8D"/>
    <w:rsid w:val="00B47730"/>
    <w:rsid w:val="00B72E76"/>
    <w:rsid w:val="00CB0664"/>
    <w:rsid w:val="00D11FE4"/>
    <w:rsid w:val="00E02DF2"/>
    <w:rsid w:val="00EE25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A864F2"/>
  <w14:defaultImageDpi w14:val="300"/>
  <w15:docId w15:val="{5247E7BD-22FF-490F-B28E-42392DE4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7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02C96E-6C53-4386-9CEB-91145EAE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Samuel Ockwell</cp:lastModifiedBy>
  <cp:revision>2</cp:revision>
  <cp:lastPrinted>2025-09-05T11:58:00Z</cp:lastPrinted>
  <dcterms:created xsi:type="dcterms:W3CDTF">2025-09-09T11:53:00Z</dcterms:created>
  <dcterms:modified xsi:type="dcterms:W3CDTF">2025-09-09T11:53:00Z</dcterms:modified>
  <cp:category/>
</cp:coreProperties>
</file>