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DF2" w:rsidRDefault="00B72E76">
      <w:pPr>
        <w:pStyle w:val="Heading1"/>
      </w:pPr>
      <w:r>
        <w:t xml:space="preserve">Autumn </w:t>
      </w:r>
      <w:r w:rsidR="003730AC">
        <w:t>2</w:t>
      </w:r>
      <w:r>
        <w:t xml:space="preserve"> </w:t>
      </w:r>
      <w:r w:rsidR="00073F73">
        <w:t xml:space="preserve">team 1 </w:t>
      </w:r>
      <w:r>
        <w:t>Spelling Objectives</w:t>
      </w:r>
    </w:p>
    <w:tbl>
      <w:tblPr>
        <w:tblStyle w:val="TableGrid"/>
        <w:tblW w:w="7800" w:type="dxa"/>
        <w:tblLook w:val="04A0" w:firstRow="1" w:lastRow="0" w:firstColumn="1" w:lastColumn="0" w:noHBand="0" w:noVBand="1"/>
      </w:tblPr>
      <w:tblGrid>
        <w:gridCol w:w="2600"/>
        <w:gridCol w:w="2600"/>
        <w:gridCol w:w="2600"/>
      </w:tblGrid>
      <w:tr w:rsidR="008A1460" w:rsidRPr="008A1460" w:rsidTr="00073F73">
        <w:trPr>
          <w:trHeight w:val="443"/>
        </w:trPr>
        <w:tc>
          <w:tcPr>
            <w:tcW w:w="2600" w:type="dxa"/>
          </w:tcPr>
          <w:p w:rsidR="00E02DF2" w:rsidRPr="008A1460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Week</w:t>
            </w:r>
          </w:p>
        </w:tc>
        <w:tc>
          <w:tcPr>
            <w:tcW w:w="2600" w:type="dxa"/>
          </w:tcPr>
          <w:p w:rsidR="00E02DF2" w:rsidRPr="008A1460" w:rsidRDefault="00B72E7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Objective</w:t>
            </w:r>
          </w:p>
        </w:tc>
        <w:tc>
          <w:tcPr>
            <w:tcW w:w="2600" w:type="dxa"/>
          </w:tcPr>
          <w:p w:rsidR="00E02DF2" w:rsidRPr="008A1460" w:rsidRDefault="00B72E7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Words</w:t>
            </w:r>
          </w:p>
        </w:tc>
      </w:tr>
      <w:tr w:rsidR="008A1460" w:rsidRPr="008A1460" w:rsidTr="00073F73">
        <w:trPr>
          <w:trHeight w:val="1429"/>
        </w:trPr>
        <w:tc>
          <w:tcPr>
            <w:tcW w:w="2600" w:type="dxa"/>
          </w:tcPr>
          <w:p w:rsidR="00E02DF2" w:rsidRPr="008A1460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Week</w:t>
            </w:r>
            <w:r w:rsidR="00B72E76"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 1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 (</w:t>
            </w:r>
            <w:r w:rsidR="003730AC" w:rsidRPr="008A1460">
              <w:rPr>
                <w:rFonts w:asciiTheme="majorHAnsi" w:hAnsiTheme="majorHAnsi" w:cstheme="majorHAnsi"/>
                <w:sz w:val="24"/>
                <w:szCs w:val="24"/>
              </w:rPr>
              <w:t>10.11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.25)</w:t>
            </w:r>
          </w:p>
        </w:tc>
        <w:tc>
          <w:tcPr>
            <w:tcW w:w="2600" w:type="dxa"/>
          </w:tcPr>
          <w:p w:rsidR="003730AC" w:rsidRPr="008A1460" w:rsidRDefault="003730AC" w:rsidP="003730AC">
            <w:pPr>
              <w:pStyle w:val="Heading4"/>
              <w:shd w:val="clear" w:color="auto" w:fill="FFFFFF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Words with the suffix '-</w:t>
            </w:r>
            <w:proofErr w:type="spellStart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ly</w:t>
            </w:r>
            <w:proofErr w:type="spellEnd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'</w:t>
            </w:r>
          </w:p>
          <w:p w:rsidR="00E02DF2" w:rsidRPr="008A1460" w:rsidRDefault="00E02DF2" w:rsidP="00073F73">
            <w:pPr>
              <w:pStyle w:val="Heading4"/>
              <w:shd w:val="clear" w:color="auto" w:fill="FFFFFF"/>
              <w:spacing w:before="0" w:after="192"/>
              <w:outlineLvl w:val="3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00" w:type="dxa"/>
          </w:tcPr>
          <w:p w:rsidR="00E02DF2" w:rsidRPr="008A1460" w:rsidRDefault="003730AC" w:rsidP="003730A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adly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completely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wildly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bravely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gently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foolishly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proudly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horribly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nervously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happily</w:t>
            </w:r>
          </w:p>
        </w:tc>
      </w:tr>
      <w:tr w:rsidR="008A1460" w:rsidRPr="008A1460" w:rsidTr="00073F73">
        <w:trPr>
          <w:trHeight w:val="2069"/>
        </w:trPr>
        <w:tc>
          <w:tcPr>
            <w:tcW w:w="2600" w:type="dxa"/>
          </w:tcPr>
          <w:p w:rsidR="00E02DF2" w:rsidRPr="008A1460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Week</w:t>
            </w:r>
            <w:r w:rsidR="00B72E76"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 2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 (</w:t>
            </w:r>
            <w:r w:rsidR="003730AC" w:rsidRPr="008A1460">
              <w:rPr>
                <w:rFonts w:asciiTheme="majorHAnsi" w:hAnsiTheme="majorHAnsi" w:cstheme="majorHAnsi"/>
                <w:sz w:val="24"/>
                <w:szCs w:val="24"/>
              </w:rPr>
              <w:t>17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.</w:t>
            </w:r>
            <w:r w:rsidR="003730AC" w:rsidRPr="008A1460">
              <w:rPr>
                <w:rFonts w:asciiTheme="majorHAnsi" w:hAnsiTheme="majorHAnsi" w:cstheme="majorHAnsi"/>
                <w:sz w:val="24"/>
                <w:szCs w:val="24"/>
              </w:rPr>
              <w:t>11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.25) </w:t>
            </w:r>
          </w:p>
        </w:tc>
        <w:tc>
          <w:tcPr>
            <w:tcW w:w="2600" w:type="dxa"/>
          </w:tcPr>
          <w:p w:rsidR="003730AC" w:rsidRPr="008A1460" w:rsidRDefault="003730AC" w:rsidP="003730AC">
            <w:pPr>
              <w:pStyle w:val="Heading4"/>
              <w:shd w:val="clear" w:color="auto" w:fill="FAFAFA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Words ending in '-</w:t>
            </w:r>
            <w:proofErr w:type="spellStart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lly</w:t>
            </w:r>
            <w:proofErr w:type="spellEnd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'</w:t>
            </w:r>
          </w:p>
          <w:p w:rsidR="00E02DF2" w:rsidRPr="008A1460" w:rsidRDefault="00E02DF2" w:rsidP="00073F73">
            <w:pPr>
              <w:pStyle w:val="Heading4"/>
              <w:shd w:val="clear" w:color="auto" w:fill="FAFAFA"/>
              <w:spacing w:before="0" w:after="192"/>
              <w:outlineLvl w:val="3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00" w:type="dxa"/>
          </w:tcPr>
          <w:p w:rsidR="00E02DF2" w:rsidRPr="008A1460" w:rsidRDefault="003730AC" w:rsidP="003730A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  <w:lang w:val="en-GB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U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sually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finally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beautifully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thoughtfully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wonderfully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carefully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faithfully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peacefully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cruelly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generally</w:t>
            </w:r>
          </w:p>
        </w:tc>
      </w:tr>
      <w:tr w:rsidR="008A1460" w:rsidRPr="008A1460" w:rsidTr="00073F73">
        <w:trPr>
          <w:trHeight w:val="1627"/>
        </w:trPr>
        <w:tc>
          <w:tcPr>
            <w:tcW w:w="2600" w:type="dxa"/>
          </w:tcPr>
          <w:p w:rsidR="00E02DF2" w:rsidRPr="008A1460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Week</w:t>
            </w:r>
            <w:r w:rsidR="00B72E76"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 3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 (2</w:t>
            </w:r>
            <w:r w:rsidR="003730AC" w:rsidRPr="008A1460">
              <w:rPr>
                <w:rFonts w:asciiTheme="majorHAnsi" w:hAnsiTheme="majorHAnsi" w:cstheme="majorHAnsi"/>
                <w:sz w:val="24"/>
                <w:szCs w:val="24"/>
              </w:rPr>
              <w:t>4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.</w:t>
            </w:r>
            <w:r w:rsidR="003730AC" w:rsidRPr="008A1460">
              <w:rPr>
                <w:rFonts w:asciiTheme="majorHAnsi" w:hAnsiTheme="majorHAnsi" w:cstheme="majorHAnsi"/>
                <w:sz w:val="24"/>
                <w:szCs w:val="24"/>
              </w:rPr>
              <w:t>11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.25)</w:t>
            </w:r>
          </w:p>
        </w:tc>
        <w:tc>
          <w:tcPr>
            <w:tcW w:w="2600" w:type="dxa"/>
          </w:tcPr>
          <w:p w:rsidR="003730AC" w:rsidRPr="008A1460" w:rsidRDefault="003730AC" w:rsidP="003730AC">
            <w:pPr>
              <w:pStyle w:val="Heading4"/>
              <w:shd w:val="clear" w:color="auto" w:fill="FFFFFF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Words where '</w:t>
            </w:r>
            <w:proofErr w:type="spellStart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ch</w:t>
            </w:r>
            <w:proofErr w:type="spellEnd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 xml:space="preserve">' </w:t>
            </w:r>
            <w:bookmarkStart w:id="0" w:name="_GoBack"/>
            <w:bookmarkEnd w:id="0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makes a /</w:t>
            </w:r>
            <w:proofErr w:type="spellStart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sh</w:t>
            </w:r>
            <w:proofErr w:type="spellEnd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/ sound</w:t>
            </w:r>
          </w:p>
          <w:p w:rsidR="00E02DF2" w:rsidRPr="008A1460" w:rsidRDefault="00E02DF2" w:rsidP="00073F73">
            <w:pPr>
              <w:pStyle w:val="Heading4"/>
              <w:shd w:val="clear" w:color="auto" w:fill="FFFFFF"/>
              <w:spacing w:before="0" w:after="192"/>
              <w:outlineLvl w:val="3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00" w:type="dxa"/>
          </w:tcPr>
          <w:p w:rsidR="003730AC" w:rsidRPr="008A1460" w:rsidRDefault="003730AC" w:rsidP="003730A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hef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chalet</w:t>
            </w:r>
          </w:p>
          <w:p w:rsidR="003730AC" w:rsidRPr="008A1460" w:rsidRDefault="003730AC" w:rsidP="003730A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M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achine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brochure</w:t>
            </w:r>
          </w:p>
          <w:p w:rsidR="003730AC" w:rsidRPr="008A1460" w:rsidRDefault="003730AC" w:rsidP="003730A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P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arachute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chute</w:t>
            </w:r>
          </w:p>
          <w:p w:rsidR="003730AC" w:rsidRPr="008A1460" w:rsidRDefault="003730AC" w:rsidP="003730A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haperone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chandelier</w:t>
            </w:r>
          </w:p>
          <w:p w:rsidR="00073F73" w:rsidRPr="008A1460" w:rsidRDefault="003730AC" w:rsidP="003730A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rochet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quiche</w:t>
            </w:r>
          </w:p>
        </w:tc>
      </w:tr>
      <w:tr w:rsidR="008A1460" w:rsidRPr="008A1460" w:rsidTr="003730AC">
        <w:trPr>
          <w:trHeight w:val="1743"/>
        </w:trPr>
        <w:tc>
          <w:tcPr>
            <w:tcW w:w="2600" w:type="dxa"/>
          </w:tcPr>
          <w:p w:rsidR="00E02DF2" w:rsidRPr="008A1460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Week</w:t>
            </w:r>
            <w:r w:rsidR="00B72E76"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 4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 (</w:t>
            </w:r>
            <w:r w:rsidR="003730AC" w:rsidRPr="008A1460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.</w:t>
            </w:r>
            <w:r w:rsidR="003730AC" w:rsidRPr="008A1460">
              <w:rPr>
                <w:rFonts w:asciiTheme="majorHAnsi" w:hAnsiTheme="majorHAnsi" w:cstheme="majorHAnsi"/>
                <w:sz w:val="24"/>
                <w:szCs w:val="24"/>
              </w:rPr>
              <w:t>12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.25)</w:t>
            </w:r>
          </w:p>
        </w:tc>
        <w:tc>
          <w:tcPr>
            <w:tcW w:w="2600" w:type="dxa"/>
          </w:tcPr>
          <w:p w:rsidR="003730AC" w:rsidRPr="008A1460" w:rsidRDefault="003730AC" w:rsidP="003730AC">
            <w:pPr>
              <w:pStyle w:val="Heading4"/>
              <w:shd w:val="clear" w:color="auto" w:fill="FAFAFA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Challenge Words 4.12</w:t>
            </w:r>
          </w:p>
          <w:p w:rsidR="00E02DF2" w:rsidRPr="008A1460" w:rsidRDefault="00E02DF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600" w:type="dxa"/>
          </w:tcPr>
          <w:p w:rsidR="00E02DF2" w:rsidRPr="008A1460" w:rsidRDefault="003730AC" w:rsidP="003730A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omplete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continue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experiment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famous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proofErr w:type="spellStart"/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favourite</w:t>
            </w:r>
            <w:proofErr w:type="spellEnd"/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February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, N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aughty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material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knowledge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remember</w:t>
            </w:r>
          </w:p>
        </w:tc>
      </w:tr>
      <w:tr w:rsidR="008A1460" w:rsidRPr="008A1460" w:rsidTr="003730AC">
        <w:trPr>
          <w:trHeight w:val="1874"/>
        </w:trPr>
        <w:tc>
          <w:tcPr>
            <w:tcW w:w="2600" w:type="dxa"/>
          </w:tcPr>
          <w:p w:rsidR="003730AC" w:rsidRPr="008A1460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Week</w:t>
            </w:r>
            <w:r w:rsidR="00B72E76"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 5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 (</w:t>
            </w:r>
            <w:r w:rsidR="003730AC" w:rsidRPr="008A1460">
              <w:rPr>
                <w:rFonts w:asciiTheme="majorHAnsi" w:hAnsiTheme="majorHAnsi" w:cstheme="majorHAnsi"/>
                <w:sz w:val="24"/>
                <w:szCs w:val="24"/>
              </w:rPr>
              <w:t>8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.1</w:t>
            </w:r>
            <w:r w:rsidR="003730AC" w:rsidRPr="008A1460">
              <w:rPr>
                <w:rFonts w:asciiTheme="majorHAnsi" w:hAnsiTheme="majorHAnsi" w:cstheme="majorHAnsi"/>
                <w:sz w:val="24"/>
                <w:szCs w:val="24"/>
              </w:rPr>
              <w:t>2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.25) </w:t>
            </w:r>
          </w:p>
          <w:p w:rsidR="003730AC" w:rsidRPr="008A1460" w:rsidRDefault="003730AC" w:rsidP="003730A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730AC" w:rsidRPr="008A1460" w:rsidRDefault="003730AC" w:rsidP="003730A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730AC" w:rsidRPr="008A1460" w:rsidRDefault="003730AC" w:rsidP="003730A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730AC" w:rsidRPr="008A1460" w:rsidRDefault="003730AC" w:rsidP="003730A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E02DF2" w:rsidRPr="008A1460" w:rsidRDefault="00E02DF2" w:rsidP="003730AC">
            <w:pPr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600" w:type="dxa"/>
          </w:tcPr>
          <w:p w:rsidR="00E02DF2" w:rsidRPr="008A1460" w:rsidRDefault="003730AC" w:rsidP="003730AC">
            <w:pPr>
              <w:pStyle w:val="Heading4"/>
              <w:shd w:val="clear" w:color="auto" w:fill="FFFFFF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Words ending in '-</w:t>
            </w:r>
            <w:proofErr w:type="spellStart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sion</w:t>
            </w:r>
            <w:proofErr w:type="spellEnd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'</w:t>
            </w:r>
          </w:p>
        </w:tc>
        <w:tc>
          <w:tcPr>
            <w:tcW w:w="2600" w:type="dxa"/>
          </w:tcPr>
          <w:p w:rsidR="003730AC" w:rsidRPr="008A1460" w:rsidRDefault="003730AC" w:rsidP="003730A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E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xpansion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extension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comprehension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,</w:t>
            </w:r>
          </w:p>
          <w:p w:rsidR="00E02DF2" w:rsidRPr="008A1460" w:rsidRDefault="003730AC" w:rsidP="003730A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tension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suspension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exclusion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provision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explosion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erosion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invasio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n</w:t>
            </w:r>
          </w:p>
        </w:tc>
      </w:tr>
      <w:tr w:rsidR="008A1460" w:rsidRPr="008A1460" w:rsidTr="003730AC">
        <w:trPr>
          <w:trHeight w:val="1639"/>
        </w:trPr>
        <w:tc>
          <w:tcPr>
            <w:tcW w:w="2600" w:type="dxa"/>
          </w:tcPr>
          <w:p w:rsidR="00E02DF2" w:rsidRPr="008A1460" w:rsidRDefault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Week</w:t>
            </w:r>
            <w:r w:rsidR="00B72E76"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 6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 (1</w:t>
            </w:r>
            <w:r w:rsidR="003730AC" w:rsidRPr="008A1460">
              <w:rPr>
                <w:rFonts w:asciiTheme="majorHAnsi" w:hAnsiTheme="majorHAnsi" w:cstheme="majorHAnsi"/>
                <w:sz w:val="24"/>
                <w:szCs w:val="24"/>
              </w:rPr>
              <w:t>5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.1</w:t>
            </w:r>
            <w:r w:rsidR="003730AC" w:rsidRPr="008A1460">
              <w:rPr>
                <w:rFonts w:asciiTheme="majorHAnsi" w:hAnsiTheme="majorHAnsi" w:cstheme="majorHAnsi"/>
                <w:sz w:val="24"/>
                <w:szCs w:val="24"/>
              </w:rPr>
              <w:t>2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.25)</w:t>
            </w:r>
          </w:p>
        </w:tc>
        <w:tc>
          <w:tcPr>
            <w:tcW w:w="2600" w:type="dxa"/>
          </w:tcPr>
          <w:p w:rsidR="003730AC" w:rsidRPr="008A1460" w:rsidRDefault="003730AC" w:rsidP="003730AC">
            <w:pPr>
              <w:pStyle w:val="Heading4"/>
              <w:shd w:val="clear" w:color="auto" w:fill="FAFAFA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Words ending in '-</w:t>
            </w:r>
            <w:proofErr w:type="spellStart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ous'</w:t>
            </w:r>
            <w:proofErr w:type="spellEnd"/>
          </w:p>
          <w:p w:rsidR="00E02DF2" w:rsidRPr="008A1460" w:rsidRDefault="00E02DF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600" w:type="dxa"/>
          </w:tcPr>
          <w:p w:rsidR="003730AC" w:rsidRPr="008A1460" w:rsidRDefault="003730AC" w:rsidP="003730A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P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oisonous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dangerous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mountainous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marvelous,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perilous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</w:p>
          <w:p w:rsidR="00E02DF2" w:rsidRPr="008A1460" w:rsidRDefault="003730AC" w:rsidP="003730A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tremendous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enormous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jealous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precious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, d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isastrous</w:t>
            </w:r>
          </w:p>
        </w:tc>
      </w:tr>
    </w:tbl>
    <w:p w:rsidR="00D44498" w:rsidRDefault="00D44498"/>
    <w:p w:rsidR="001B4E0C" w:rsidRDefault="001B4E0C"/>
    <w:p w:rsidR="001B4E0C" w:rsidRDefault="001B4E0C" w:rsidP="001B4E0C">
      <w:pPr>
        <w:pStyle w:val="Heading1"/>
      </w:pPr>
      <w:r>
        <w:lastRenderedPageBreak/>
        <w:t>Autumn 2 team 2 Spelling Objective</w:t>
      </w:r>
      <w:r>
        <w:t>s</w:t>
      </w:r>
    </w:p>
    <w:tbl>
      <w:tblPr>
        <w:tblStyle w:val="TableGrid"/>
        <w:tblpPr w:leftFromText="180" w:rightFromText="180" w:horzAnchor="margin" w:tblpY="989"/>
        <w:tblW w:w="7800" w:type="dxa"/>
        <w:tblLook w:val="04A0" w:firstRow="1" w:lastRow="0" w:firstColumn="1" w:lastColumn="0" w:noHBand="0" w:noVBand="1"/>
      </w:tblPr>
      <w:tblGrid>
        <w:gridCol w:w="2600"/>
        <w:gridCol w:w="2600"/>
        <w:gridCol w:w="2600"/>
      </w:tblGrid>
      <w:tr w:rsidR="00073F73" w:rsidRPr="00073F73" w:rsidTr="00073F73">
        <w:trPr>
          <w:trHeight w:val="443"/>
        </w:trPr>
        <w:tc>
          <w:tcPr>
            <w:tcW w:w="2600" w:type="dxa"/>
          </w:tcPr>
          <w:p w:rsidR="00073F73" w:rsidRPr="008A1460" w:rsidRDefault="00073F73" w:rsidP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Week</w:t>
            </w:r>
          </w:p>
        </w:tc>
        <w:tc>
          <w:tcPr>
            <w:tcW w:w="2600" w:type="dxa"/>
          </w:tcPr>
          <w:p w:rsidR="00073F73" w:rsidRPr="008A1460" w:rsidRDefault="00073F73" w:rsidP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Objective</w:t>
            </w:r>
          </w:p>
        </w:tc>
        <w:tc>
          <w:tcPr>
            <w:tcW w:w="2600" w:type="dxa"/>
          </w:tcPr>
          <w:p w:rsidR="00073F73" w:rsidRPr="008A1460" w:rsidRDefault="00073F73" w:rsidP="00073F7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Words</w:t>
            </w:r>
          </w:p>
        </w:tc>
      </w:tr>
      <w:tr w:rsidR="001B4E0C" w:rsidRPr="00073F73" w:rsidTr="001B4E0C">
        <w:trPr>
          <w:trHeight w:val="1802"/>
        </w:trPr>
        <w:tc>
          <w:tcPr>
            <w:tcW w:w="2600" w:type="dxa"/>
          </w:tcPr>
          <w:p w:rsidR="001B4E0C" w:rsidRPr="008A1460" w:rsidRDefault="001B4E0C" w:rsidP="001B4E0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Week 1 (10.11.25)</w:t>
            </w:r>
          </w:p>
        </w:tc>
        <w:tc>
          <w:tcPr>
            <w:tcW w:w="2600" w:type="dxa"/>
          </w:tcPr>
          <w:p w:rsidR="001B4E0C" w:rsidRPr="008A1460" w:rsidRDefault="001B4E0C" w:rsidP="001B4E0C">
            <w:pPr>
              <w:shd w:val="clear" w:color="auto" w:fill="FFFFFF"/>
              <w:spacing w:after="192"/>
              <w:outlineLvl w:val="3"/>
              <w:rPr>
                <w:rFonts w:asciiTheme="majorHAnsi" w:eastAsia="Times New Roman" w:hAnsiTheme="majorHAnsi" w:cstheme="majorHAnsi"/>
                <w:bCs/>
                <w:sz w:val="24"/>
                <w:szCs w:val="24"/>
                <w:lang w:val="en-GB" w:eastAsia="en-GB"/>
              </w:rPr>
            </w:pPr>
            <w:r w:rsidRPr="001B4E0C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val="en-GB" w:eastAsia="en-GB"/>
              </w:rPr>
              <w:t>Words where ‘-</w:t>
            </w:r>
            <w:proofErr w:type="spellStart"/>
            <w:r w:rsidRPr="001B4E0C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val="en-GB" w:eastAsia="en-GB"/>
              </w:rPr>
              <w:t>ing</w:t>
            </w:r>
            <w:proofErr w:type="spellEnd"/>
            <w:r w:rsidRPr="001B4E0C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val="en-GB" w:eastAsia="en-GB"/>
              </w:rPr>
              <w:t>’, ‘-</w:t>
            </w:r>
            <w:proofErr w:type="spellStart"/>
            <w:r w:rsidRPr="001B4E0C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val="en-GB" w:eastAsia="en-GB"/>
              </w:rPr>
              <w:t>en</w:t>
            </w:r>
            <w:proofErr w:type="spellEnd"/>
            <w:r w:rsidRPr="001B4E0C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val="en-GB" w:eastAsia="en-GB"/>
              </w:rPr>
              <w:t>’ and ‘-ed’ are added to multisyllabic words</w:t>
            </w:r>
          </w:p>
        </w:tc>
        <w:tc>
          <w:tcPr>
            <w:tcW w:w="2600" w:type="dxa"/>
          </w:tcPr>
          <w:p w:rsidR="001B4E0C" w:rsidRPr="008A1460" w:rsidRDefault="001B4E0C" w:rsidP="001B4E0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  <w:lang w:val="en-GB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F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orgetting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forgotten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beginning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propelled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preferred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permitted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regretting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committed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forbidden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equipped</w:t>
            </w:r>
          </w:p>
        </w:tc>
      </w:tr>
      <w:tr w:rsidR="001B4E0C" w:rsidRPr="00073F73" w:rsidTr="001B4E0C">
        <w:trPr>
          <w:trHeight w:val="1439"/>
        </w:trPr>
        <w:tc>
          <w:tcPr>
            <w:tcW w:w="2600" w:type="dxa"/>
          </w:tcPr>
          <w:p w:rsidR="001B4E0C" w:rsidRPr="008A1460" w:rsidRDefault="001B4E0C" w:rsidP="001B4E0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Week 2 (17.11.25) </w:t>
            </w:r>
          </w:p>
        </w:tc>
        <w:tc>
          <w:tcPr>
            <w:tcW w:w="2600" w:type="dxa"/>
          </w:tcPr>
          <w:p w:rsidR="001B4E0C" w:rsidRPr="008A1460" w:rsidRDefault="001B4E0C" w:rsidP="001B4E0C">
            <w:pPr>
              <w:pStyle w:val="Heading4"/>
              <w:shd w:val="clear" w:color="auto" w:fill="FAFAFA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Challenge Words 3.12</w:t>
            </w:r>
          </w:p>
          <w:p w:rsidR="001B4E0C" w:rsidRPr="008A1460" w:rsidRDefault="001B4E0C" w:rsidP="001B4E0C">
            <w:pPr>
              <w:pStyle w:val="Heading4"/>
              <w:shd w:val="clear" w:color="auto" w:fill="FAFAFA"/>
              <w:spacing w:before="0" w:after="192"/>
              <w:outlineLvl w:val="3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00" w:type="dxa"/>
          </w:tcPr>
          <w:p w:rsidR="001B4E0C" w:rsidRPr="008A1460" w:rsidRDefault="001B4E0C" w:rsidP="001B4E0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  <w:lang w:val="en-GB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C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entre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disappear</w:t>
            </w:r>
          </w:p>
          <w:p w:rsidR="001B4E0C" w:rsidRPr="008A1460" w:rsidRDefault="001B4E0C" w:rsidP="001B4E0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  <w:lang w:val="en-GB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H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eart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minute</w:t>
            </w:r>
          </w:p>
          <w:p w:rsidR="001B4E0C" w:rsidRPr="008A1460" w:rsidRDefault="001B4E0C" w:rsidP="001B4E0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  <w:lang w:val="en-GB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R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egular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decide</w:t>
            </w:r>
          </w:p>
          <w:p w:rsidR="001B4E0C" w:rsidRPr="008A1460" w:rsidRDefault="001B4E0C" w:rsidP="001B4E0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  <w:lang w:val="en-GB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E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arly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learn</w:t>
            </w:r>
          </w:p>
          <w:p w:rsidR="001B4E0C" w:rsidRPr="008A1460" w:rsidRDefault="001B4E0C" w:rsidP="001B4E0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  <w:lang w:val="en-GB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N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otice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therefore</w:t>
            </w:r>
          </w:p>
        </w:tc>
      </w:tr>
      <w:tr w:rsidR="001B4E0C" w:rsidRPr="00073F73" w:rsidTr="001B4E0C">
        <w:trPr>
          <w:trHeight w:val="1625"/>
        </w:trPr>
        <w:tc>
          <w:tcPr>
            <w:tcW w:w="2600" w:type="dxa"/>
          </w:tcPr>
          <w:p w:rsidR="001B4E0C" w:rsidRPr="008A1460" w:rsidRDefault="001B4E0C" w:rsidP="001B4E0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Week 3 (24.11.25)</w:t>
            </w:r>
          </w:p>
        </w:tc>
        <w:tc>
          <w:tcPr>
            <w:tcW w:w="2600" w:type="dxa"/>
          </w:tcPr>
          <w:p w:rsidR="001B4E0C" w:rsidRPr="008A1460" w:rsidRDefault="001B4E0C" w:rsidP="001B4E0C">
            <w:pPr>
              <w:pStyle w:val="Heading4"/>
              <w:shd w:val="clear" w:color="auto" w:fill="FFFFFF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Words with the digraph 'ai' and the tetragraph '</w:t>
            </w:r>
            <w:proofErr w:type="spellStart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aigh</w:t>
            </w:r>
            <w:proofErr w:type="spellEnd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'</w:t>
            </w:r>
          </w:p>
          <w:p w:rsidR="001B4E0C" w:rsidRPr="008A1460" w:rsidRDefault="001B4E0C" w:rsidP="001B4E0C">
            <w:pPr>
              <w:pStyle w:val="Heading4"/>
              <w:shd w:val="clear" w:color="auto" w:fill="FFFFFF"/>
              <w:spacing w:before="0" w:after="192"/>
              <w:outlineLvl w:val="3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00" w:type="dxa"/>
          </w:tcPr>
          <w:p w:rsidR="001B4E0C" w:rsidRPr="008A1460" w:rsidRDefault="00CA64B5" w:rsidP="00CA64B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traight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strainer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fainted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claimed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waist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snail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, p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ainter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chained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failure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waiter</w:t>
            </w:r>
          </w:p>
        </w:tc>
      </w:tr>
      <w:tr w:rsidR="001B4E0C" w:rsidRPr="00073F73" w:rsidTr="00073F73">
        <w:trPr>
          <w:trHeight w:val="2267"/>
        </w:trPr>
        <w:tc>
          <w:tcPr>
            <w:tcW w:w="2600" w:type="dxa"/>
          </w:tcPr>
          <w:p w:rsidR="001B4E0C" w:rsidRPr="008A1460" w:rsidRDefault="001B4E0C" w:rsidP="001B4E0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Week 4 (1.12.25)</w:t>
            </w:r>
          </w:p>
        </w:tc>
        <w:tc>
          <w:tcPr>
            <w:tcW w:w="2600" w:type="dxa"/>
          </w:tcPr>
          <w:p w:rsidR="001B4E0C" w:rsidRPr="008A1460" w:rsidRDefault="001B4E0C" w:rsidP="001B4E0C">
            <w:pPr>
              <w:pStyle w:val="Heading4"/>
              <w:shd w:val="clear" w:color="auto" w:fill="FAFAFA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Words with the digraph '</w:t>
            </w:r>
            <w:proofErr w:type="spellStart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ei</w:t>
            </w:r>
            <w:proofErr w:type="spellEnd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' and tetragraph '</w:t>
            </w:r>
            <w:proofErr w:type="spellStart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eigh</w:t>
            </w:r>
            <w:proofErr w:type="spellEnd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'</w:t>
            </w:r>
          </w:p>
          <w:p w:rsidR="001B4E0C" w:rsidRPr="008A1460" w:rsidRDefault="001B4E0C" w:rsidP="001B4E0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600" w:type="dxa"/>
          </w:tcPr>
          <w:p w:rsidR="001B4E0C" w:rsidRPr="008A1460" w:rsidRDefault="009E59B2" w:rsidP="009E59B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F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reight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vein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weigh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reins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eight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eighteen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reign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veil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neighbor,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sleigh</w:t>
            </w:r>
          </w:p>
        </w:tc>
      </w:tr>
      <w:tr w:rsidR="001B4E0C" w:rsidRPr="00073F73" w:rsidTr="00073F73">
        <w:trPr>
          <w:trHeight w:val="2267"/>
        </w:trPr>
        <w:tc>
          <w:tcPr>
            <w:tcW w:w="2600" w:type="dxa"/>
          </w:tcPr>
          <w:p w:rsidR="001B4E0C" w:rsidRPr="008A1460" w:rsidRDefault="001B4E0C" w:rsidP="001B4E0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Week 5 (8.12.25) </w:t>
            </w:r>
          </w:p>
          <w:p w:rsidR="001B4E0C" w:rsidRPr="008A1460" w:rsidRDefault="001B4E0C" w:rsidP="001B4E0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B4E0C" w:rsidRPr="008A1460" w:rsidRDefault="001B4E0C" w:rsidP="001B4E0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B4E0C" w:rsidRPr="008A1460" w:rsidRDefault="001B4E0C" w:rsidP="001B4E0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B4E0C" w:rsidRPr="008A1460" w:rsidRDefault="001B4E0C" w:rsidP="001B4E0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1B4E0C" w:rsidRPr="008A1460" w:rsidRDefault="001B4E0C" w:rsidP="001B4E0C">
            <w:pPr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600" w:type="dxa"/>
          </w:tcPr>
          <w:p w:rsidR="001B4E0C" w:rsidRPr="008A1460" w:rsidRDefault="001B4E0C" w:rsidP="001B4E0C">
            <w:pPr>
              <w:pStyle w:val="Heading4"/>
              <w:shd w:val="clear" w:color="auto" w:fill="FFFFFF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Words where the digraph '</w:t>
            </w:r>
            <w:proofErr w:type="spellStart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ey</w:t>
            </w:r>
            <w:proofErr w:type="spellEnd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' makes an /ai/ sound</w:t>
            </w:r>
          </w:p>
          <w:p w:rsidR="001B4E0C" w:rsidRPr="008A1460" w:rsidRDefault="001B4E0C" w:rsidP="001B4E0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600" w:type="dxa"/>
          </w:tcPr>
          <w:p w:rsidR="001B4E0C" w:rsidRPr="008A1460" w:rsidRDefault="009E59B2" w:rsidP="009E59B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O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bey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osprey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prey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disobey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convey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they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survey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surveyor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conveyor</w:t>
            </w:r>
          </w:p>
        </w:tc>
      </w:tr>
      <w:tr w:rsidR="001B4E0C" w:rsidRPr="00073F73" w:rsidTr="00073F73">
        <w:trPr>
          <w:trHeight w:val="1479"/>
        </w:trPr>
        <w:tc>
          <w:tcPr>
            <w:tcW w:w="2600" w:type="dxa"/>
          </w:tcPr>
          <w:p w:rsidR="001B4E0C" w:rsidRPr="008A1460" w:rsidRDefault="001B4E0C" w:rsidP="001B4E0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Week 6 (15.12.25)</w:t>
            </w:r>
          </w:p>
        </w:tc>
        <w:tc>
          <w:tcPr>
            <w:tcW w:w="2600" w:type="dxa"/>
          </w:tcPr>
          <w:p w:rsidR="001B4E0C" w:rsidRPr="008A1460" w:rsidRDefault="001B4E0C" w:rsidP="001B4E0C">
            <w:pPr>
              <w:pStyle w:val="Heading4"/>
              <w:shd w:val="clear" w:color="auto" w:fill="FAFAFA"/>
              <w:spacing w:before="0" w:after="192"/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</w:pPr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Words with the suffix '–</w:t>
            </w:r>
            <w:proofErr w:type="spellStart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ly</w:t>
            </w:r>
            <w:proofErr w:type="spellEnd"/>
            <w:r w:rsidRPr="008A1460">
              <w:rPr>
                <w:rFonts w:cstheme="majorHAnsi"/>
                <w:b w:val="0"/>
                <w:i w:val="0"/>
                <w:color w:val="auto"/>
                <w:sz w:val="24"/>
                <w:szCs w:val="24"/>
              </w:rPr>
              <w:t>'</w:t>
            </w:r>
          </w:p>
          <w:p w:rsidR="001B4E0C" w:rsidRPr="008A1460" w:rsidRDefault="001B4E0C" w:rsidP="001B4E0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600" w:type="dxa"/>
          </w:tcPr>
          <w:p w:rsidR="001B4E0C" w:rsidRPr="008A1460" w:rsidRDefault="009E59B2" w:rsidP="009E59B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almly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exactly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deadly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bravely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boldly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gladly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deeply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clearly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hourly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Pr="008A1460">
              <w:rPr>
                <w:rFonts w:asciiTheme="majorHAnsi" w:hAnsiTheme="majorHAnsi" w:cstheme="majorHAnsi"/>
                <w:sz w:val="24"/>
                <w:szCs w:val="24"/>
              </w:rPr>
              <w:t>quickly</w:t>
            </w:r>
          </w:p>
        </w:tc>
      </w:tr>
    </w:tbl>
    <w:p w:rsidR="001B4E0C" w:rsidRDefault="001B4E0C">
      <w:pPr>
        <w:pStyle w:val="Heading1"/>
      </w:pPr>
    </w:p>
    <w:sectPr w:rsidR="001B4E0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7E16"/>
    <w:rsid w:val="0006063C"/>
    <w:rsid w:val="00073F73"/>
    <w:rsid w:val="0015074B"/>
    <w:rsid w:val="001B4E0C"/>
    <w:rsid w:val="0029639D"/>
    <w:rsid w:val="00326F90"/>
    <w:rsid w:val="003730AC"/>
    <w:rsid w:val="008469E8"/>
    <w:rsid w:val="008A1460"/>
    <w:rsid w:val="009321EA"/>
    <w:rsid w:val="009E59B2"/>
    <w:rsid w:val="00A83B14"/>
    <w:rsid w:val="00AA1D8D"/>
    <w:rsid w:val="00B47730"/>
    <w:rsid w:val="00B72E76"/>
    <w:rsid w:val="00CA64B5"/>
    <w:rsid w:val="00CB0664"/>
    <w:rsid w:val="00D11FE4"/>
    <w:rsid w:val="00D44498"/>
    <w:rsid w:val="00E02DF2"/>
    <w:rsid w:val="00EE25B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2F214D"/>
  <w14:defaultImageDpi w14:val="300"/>
  <w15:docId w15:val="{5247E7BD-22FF-490F-B28E-42392DE4E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07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3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A35F857-5438-4F97-A0AA-696B93086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Samuel Ockwell</cp:lastModifiedBy>
  <cp:revision>2</cp:revision>
  <cp:lastPrinted>2025-11-07T13:18:00Z</cp:lastPrinted>
  <dcterms:created xsi:type="dcterms:W3CDTF">2025-11-12T07:35:00Z</dcterms:created>
  <dcterms:modified xsi:type="dcterms:W3CDTF">2025-11-12T07:35:00Z</dcterms:modified>
  <cp:category/>
</cp:coreProperties>
</file>